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ניווט, בטיחות והחלטות בדרך לטבריה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גיאוגרפיה, הנדסת דרכים והתנהגות אנושית משפיעות יחד על בטיחות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שפת השלטים ואת תפקיד מערכות הבטיחות הממוחשבות ברכב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טיעונים בשאלה האם טכנולוגיה יכולה להחליף שיקול דעת אנושי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למתן שיפוע של הפרש גובה גדול במרחק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75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שני נתיבי הנסיעה מתכנסים לנתיב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הדרך, הרכב והאדם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לתת זוג עיניים נוסף ולא להחליף את שיקול הדעת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מציין שהכנרת בשקע עמוק מתחת לפני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אומר ששום תכנון לא מבטל את גורם הזמן והתגובה האנושית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בפירוש השלט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הטקסט אומר שההשפעה יכולה ללכת לכיוונים שונים, תלוי באווירה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מציג זאת כשאלה פתוחה ולא כעובדה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שלטים ומשמעותם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(עצירה מלאה ומתן זכות קדימה)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(מתן אפשרות לתנועה בדרך החוצה לעבור)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(הפחתת מהירות לקראת מקטע מסוכן)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(שיפוע חד שבו מרחק הבלימה מתארך)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(רצף עיקולים שבו אסור לעקוף)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עייפות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פיצוי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הנסיעה לטבריה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עפולה - נקודת מוצא במישור, 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כפר תבור והר תבור - הכביש מתחיל לטפס ולהתעקל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מחלף גולני - נקודת ההתכנסות של הנתיבים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הירידה אל טבריה - ירידה תלולה ומפותלת אל בקע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טבריה - העיר על חוף הכנרת, כביש 90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טיעון: טכנולוגיה מול שיקול דעת אנושי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עמדה ברורה, שימוש בשני נימוקים מהטקסט (למשל מגבלות חיישנים בעיקולים או פיצוי סיכון), וניסוח עצמאי ללא העתקה ישירה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תקשר בין מאפייני המקטע (שיפוע, עיקולים, שדה ראייה מוגבל) לבין התנהגות הנוסעים, למשל שמירה על 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הדרך, הרכב והאדם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שיזוהה גם מצורתו בלבד, למשל מאחור או בתנאי ראות ירודים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ערפל, גשם חזק, שמש מסנוורת או עיקול 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בהצגת המפה הסכמטית ולבקש מהתלמידים לעקוב אחרי המסלול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לקיים דיון קצר סביב משימת הטיעון לפני הכתיבה, כדי לאסוף נימוקים משני הצדדים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הקשה יותר (מסומן) מומלץ לעבוד בזוגות ולחזור לטקסט המלא לפני מענה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ניווט, בטיחות והחלטות בדרך לטבריה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הדרך לטבריה, על שלטים בדרך ועל מערכות מחשב ברכב ששומרות על בטיחות.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עומס קוגניטיבי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המידע שהמוח צריך לעבד בבת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 תגובה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שלוקח לנהג או לנהגת להגיב למצב בדרך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מחלף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 שבה כבישים נפגשים או מתפצלים בלי צומת רגיל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בקע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שקע עמוק בפני השטח, כמו האזור סביב הכנרת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פיצוי סיכון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תופעה שבה אנשים לוקחים יותר סיכונים כשהם מרגישים בטוחים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רכב בשטח 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אזור ליד הרכב שקשה לראות אותו במראות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בלימת חירום אוטומטית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מערכת שבולמת את הרכב לבד כשיש סכנת התנגשות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הכביש מתפתל בירידה לטבריה?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בגלל אתרים היסטוריים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למתן שיפוע של הפרש גובה גדול במרחק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להאט תיירים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בגלל נהרות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כביש מוביל מחיפה לצומת 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מיוחד במחלף גולני?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 נתיבי הנסיעה מתכנסים לנתיב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נמצאת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מתחילה הירידה אל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נגמר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שלושת החלקים שמשפיעים יחד על בטיחות?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מהרכב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הדרך, הרכב והאדם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מהשלטים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מהמזג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בשביל מה נועדו מערכות הבטיחות ברכב?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להחליף לגמרי את הנהג או הנהגת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זוג עיניים נוסף ולא להחליף את שיקול הדעת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לנווט במקום הנהג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להגביר מהירות נסיעה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הכנרת נמצאת מתחת לפני הים, ולכן הדרך אליה כוללת ירידה גדולה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תכנון הנדסי טוב מבטל לגמרי את השפעת הגורם האנושי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 עצור הוא בצורת מתומן כדי שיזוהה גם כשרואים רק את צורתו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נוכחות נוסעים תמיד מגבירה את זהירות הנהג או הנהגת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טוען שמערכות ממוחשבות כבר החליפו לגמרי את שיקול הדעת האנושי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שלטים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הפחתת מהירות לקראת מקטע מסוכן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שיפוע חד שבו מרחק הבלימה מתארך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רצף עיקולים שבו אסור לעקוף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שמור מרחק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עצירה מלאה ומתן זכות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אל תעקוף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מתן אפשרות לתנועה בדרך החוצה לעבור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הכביש העובר מעפולה לכיוון מחלף גולני נקרא כביש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הנוסעים מחיפה נוסעים בכביש 75 עד צומת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מערכת שעוקבת אחר דפוסי נהיגה ומציעה לעצור למנוחה נקראת זיהוי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כשמרגישים בטוחים יותר בזכות הטכנולוגיה ולוקחים יותר סיכונים, התופעה נקראת __________ סיכון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הנסיעה לטבריה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מחלף גולני - נקודת ההתכנסות של הנתיבים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טבריה - העיר על חוף הכנרת, כביש 90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עפולה - נקודת מוצא במישור, כביש 65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כפר תבור והר תבור - הכביש מתחיל לטפס ולהתעקל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הירידה אל טבריה - ירידה תלולה ומפותלת אל בקע הכנרת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טיעון: טכנולוגיה מול שיקול דעת אנושי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טיעון קצרה: האם לדעתכם מערכת ממוחשבת ברכב יכולה להחליף לחלוטין את שיקול הדעת של הנהג או הנהגת? הביאו לפחות שתי סיבות מהטקסט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כלל בטיחות לנוסעים בדרך הררית ומפותלת, והסבירו למה דווקא במקטע כזה הכלל חשוב במיוחד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מרכיבי ה'מערכת' שמשפיעה על בטיחות בדרכים?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שלט עצור בצורת מתומן ולא משולש או ריבוע?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למצב שבו מערכת ממוחשבת ברכב עלולה לא לזהות מכשול כראוי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ניווט, בטיחות והחלטות בדרך לטבריה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