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גיאוגרפיה, הנדסת דרכים והתנהגות אנושית משפיעות יחד על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שפת השלטים ואת תפקיד מערכות הבטיחות הממוחשבות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בשאלה האם טכנולוגיה יכולה להחליף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למתן שיפוע של הפרש גובה גדול במרחק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שהכנרת בשקע עמוק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בפירוש השלט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ומתן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(מתן אפשרות לתנועה בדרך החוצה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(הפחתת מהירות לקראת מקטע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(שיפוע חד שבו מרחק הבלימה מתארך)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 - נקודת מוצא במישור,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מחלף גולני - נקודת ההתכנסות של הנתיבים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טבריה - העיר על חוף הכנרת,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טיעון: טכנולוגיה מול שיקול דעת 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הדרך, הרכב והאדם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שיזוהה גם מצורתו בלבד, למשל מאחור או בתנאי ראות ירודים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ערפל, גשם חזק, שמש מסנוורת או עיקול 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המפה הסכמטית ולבקש מהתלמידים לעקוב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סביב משימת הטיעון לפני הכתיבה, כדי לאסוף נימוקים משני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יותר (מסומן) מומלץ לעבוד בזוגות ולחזור לטקסט המלא לפני 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הדרך מעפולה וחיפה לטבריה חוצה שטח הררי ויורדת בשיפוע תלול אל בקע הכנרת. דף זה בודק הבנה של המסלול, של שפת השילוט ושל מערכות בטיחות ממוחשבות ברכב.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ישי  ·  65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הכביש לטבריה מפותל דווקא בירידה?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בגלל אתרים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למתן שיפוע של הפרש גובה גדול במרחק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להאט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כביש נוסעים מגיעים מחיפה עד צומת 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הכנרת נמצאת מתחת לפני הים, ולכן הדרך אליה כוללת ירידה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 עצור הוא בצורת מתומן כדי שיזוהה גם כשרואים רק את צורתו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הפחתת מהירות לקראת מקטע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שיפוע חד שבו מרחק הבלימה מתארך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עצירה מלאה ומתן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שמור מרחק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מתן אפשרות לתנועה בדרך החוצה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הכביש העובר מעפולה לכיוון מחלף גולני נקרא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הנוסעים מחיפה נוסעים בכביש 75 עד צומת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- העיר על חוף הכנרת, כביש 90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עפולה - נקודת מוצא במישור, 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מחלף גולני - נקודת ההתכנסות של הנתיבים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טיעון: טכנולוגיה מול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מרכיבי ה'מערכת' שמשפיעה על בטיחות בדרכים?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שלט עצור בצורת מתומן ולא משולש או ריבוע?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ניווט, בטיחות והחלטות בדרך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